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center"/>
      </w:pPr>
      <w:r>
        <w:t>Embracing Your Comfort &amp; Care Homes</w:t>
      </w:r>
    </w:p>
    <w:p>
      <w:pPr>
        <w:spacing w:after="80"/>
        <w:jc w:val="center"/>
      </w:pPr>
      <w:r>
        <w:rPr>
          <w:b/>
          <w:sz w:val="24"/>
        </w:rPr>
        <w:t>Resident Intake &amp; Placement Consideration Form</w:t>
      </w:r>
    </w:p>
    <w:p>
      <w:pPr>
        <w:spacing w:after="100"/>
      </w:pPr>
      <w:r>
        <w:rPr>
          <w:i/>
        </w:rPr>
        <w:t>Please complete this form as thoroughly as possible. Submission does not guarantee placement. Information is reviewed to determine whether the prospective resident's needs can be safely and appropriately supported.</w:t>
      </w:r>
    </w:p>
    <w:p>
      <w:pPr>
        <w:pStyle w:val="Heading1"/>
        <w:spacing w:before="140" w:after="60"/>
      </w:pPr>
      <w:r>
        <w:t>1. Referral Information</w:t>
      </w:r>
    </w:p>
    <w:p>
      <w:pPr>
        <w:spacing w:after="40"/>
      </w:pPr>
      <w:r>
        <w:rPr>
          <w:b/>
        </w:rPr>
        <w:t xml:space="preserve">Date of Referral: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Person Completing Form: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Relationship/Agency: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Phone: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Email: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Preferred Method of Contact: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Case Manager / Social Worker / Support Coordinator: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Agency &amp; Contact Information: </w:t>
      </w:r>
      <w:r>
        <w:t>__________________________________________________________</w:t>
      </w:r>
    </w:p>
    <w:p>
      <w:pPr>
        <w:pStyle w:val="Heading1"/>
        <w:spacing w:before="140" w:after="60"/>
      </w:pPr>
      <w:r>
        <w:t>2. Prospective Resident Information</w:t>
      </w:r>
    </w:p>
    <w:p>
      <w:pPr>
        <w:spacing w:after="40"/>
      </w:pPr>
      <w:r>
        <w:rPr>
          <w:b/>
        </w:rPr>
        <w:t xml:space="preserve">Full Legal Name: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Preferred Name: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Date of Birth: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Current Address: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Phone: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Email: </w:t>
      </w:r>
      <w:r>
        <w:t>__________________________________________________________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Male</w:t>
            </w:r>
          </w:p>
        </w:tc>
        <w:tc>
          <w:tcPr>
            <w:tcW w:type="dxa" w:w="3456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Female</w:t>
            </w:r>
          </w:p>
        </w:tc>
        <w:tc>
          <w:tcPr>
            <w:tcW w:type="dxa" w:w="3456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Other / Prefer not to say</w:t>
            </w:r>
          </w:p>
        </w:tc>
      </w:tr>
    </w:tbl>
    <w:p>
      <w:pPr>
        <w:spacing w:after="40"/>
      </w:pPr>
      <w:r>
        <w:rPr>
          <w:b/>
        </w:rPr>
        <w:t xml:space="preserve">Primary Language: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Emergency Contact / Guardian: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Relationship: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Phone / Email: </w:t>
      </w:r>
      <w:r>
        <w:t>__________________________________________________________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Own decision-maker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Legal guardian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Power of attorney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Other</w:t>
            </w:r>
          </w:p>
        </w:tc>
      </w:tr>
    </w:tbl>
    <w:p>
      <w:pPr>
        <w:pStyle w:val="Heading1"/>
        <w:spacing w:before="140" w:after="60"/>
      </w:pPr>
      <w:r>
        <w:t>3. Placement Request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Developmental disability support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Mental health supportive housing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Veteran supportive housing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Traumatic brain injury support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Room &amp; board / supportive housing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Other</w:t>
            </w:r>
          </w:p>
        </w:tc>
      </w:tr>
    </w:tbl>
    <w:p>
      <w:pPr>
        <w:spacing w:after="40"/>
      </w:pPr>
      <w:r>
        <w:rPr>
          <w:b/>
        </w:rPr>
        <w:t xml:space="preserve">Desired Move-In Date: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Reason for Seeking Placement: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Current Living Situation: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Is placement urgent? If yes, explain: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Preferred Location / Home: </w:t>
      </w:r>
      <w:r>
        <w:t>__________________________________________________________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Private room preferred</w:t>
            </w:r>
          </w:p>
        </w:tc>
        <w:tc>
          <w:tcPr>
            <w:tcW w:type="dxa" w:w="3456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Shared room acceptable</w:t>
            </w:r>
          </w:p>
        </w:tc>
        <w:tc>
          <w:tcPr>
            <w:tcW w:type="dxa" w:w="3456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Either</w:t>
            </w:r>
          </w:p>
        </w:tc>
      </w:tr>
    </w:tbl>
    <w:p>
      <w:pPr>
        <w:pStyle w:val="Heading1"/>
        <w:spacing w:before="140" w:after="60"/>
      </w:pPr>
      <w:r>
        <w:t>4. Diagnoses, Health &amp; Support Needs</w:t>
      </w:r>
    </w:p>
    <w:p>
      <w:pPr>
        <w:spacing w:after="40"/>
      </w:pPr>
      <w:r>
        <w:rPr>
          <w:b/>
        </w:rPr>
        <w:t xml:space="preserve">Primary Diagnosis/Diagnoses: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Medical Conditions / Allergies: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Current Physicians / Providers: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Mobility Needs / Assistive Devices: </w:t>
      </w:r>
      <w:r>
        <w:t>__________________________________________________________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Independent with ADLs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Needs reminders/cueing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Needs hands-on assistance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Bathing assistance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Dressing assistance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Toileting assistance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Eating/feeding assistance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Mobility/transfer assistance</w:t>
            </w:r>
          </w:p>
        </w:tc>
      </w:tr>
    </w:tbl>
    <w:p>
      <w:pPr>
        <w:spacing w:after="40"/>
      </w:pPr>
      <w:r>
        <w:rPr>
          <w:b/>
        </w:rPr>
        <w:t xml:space="preserve">Dietary Restrictions / Special Diet: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Sleep Concerns / Nighttime Support Needs: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Communication Needs: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Other Daily Support Needs: </w:t>
      </w:r>
      <w:r>
        <w:t>__________________________________________________________</w:t>
      </w:r>
    </w:p>
    <w:p>
      <w:pPr>
        <w:pStyle w:val="Heading1"/>
        <w:spacing w:before="140" w:after="60"/>
      </w:pPr>
      <w:r>
        <w:t>5. Medications &amp; Healthcare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Takes prescription medications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Medication reminders needed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Medication administration/support needed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No current medications</w:t>
            </w:r>
          </w:p>
        </w:tc>
      </w:tr>
    </w:tbl>
    <w:p>
      <w:pPr>
        <w:spacing w:after="40"/>
      </w:pPr>
      <w:r>
        <w:rPr>
          <w:b/>
        </w:rPr>
        <w:t xml:space="preserve">List medications, dosages, and schedule (or attach medication list):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Pharmacy: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Upcoming Medical / Behavioral Health Appointments: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Home Health, Nursing, Therapy, or Other Clinical Services: </w:t>
      </w:r>
      <w:r>
        <w:t>__________________________________________________________</w:t>
      </w:r>
    </w:p>
    <w:p>
      <w:pPr>
        <w:pStyle w:val="Heading1"/>
        <w:spacing w:before="140" w:after="60"/>
      </w:pPr>
      <w:r>
        <w:t>6. Behavioral, Mental Health &amp; Safety Information</w:t>
      </w:r>
    </w:p>
    <w:p>
      <w:pPr>
        <w:spacing w:after="40"/>
      </w:pPr>
      <w:r>
        <w:rPr>
          <w:b/>
        </w:rPr>
        <w:t xml:space="preserve">Mental Health Diagnosis/History: </w:t>
      </w:r>
      <w:r>
        <w:t>__________________________________________________________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History of aggression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Self-injurious behavior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Elopement/wandering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Suicidal thoughts/attempts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Substance use concerns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Property destruction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Sexually inappropriate behavior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None known</w:t>
            </w:r>
          </w:p>
        </w:tc>
      </w:tr>
    </w:tbl>
    <w:p>
      <w:pPr>
        <w:spacing w:after="40"/>
      </w:pPr>
      <w:r>
        <w:rPr>
          <w:b/>
        </w:rPr>
        <w:t xml:space="preserve">Please explain any checked items, including frequency, triggers, and current supports: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Known Triggers: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Effective De-escalation / Calming Strategies: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Recent Hospitalizations, Crisis Services, or Psychiatric Admissions: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Any safety concerns we should know before meeting the prospective resident? </w:t>
      </w:r>
      <w:r>
        <w:t>__________________________________________________________</w:t>
      </w:r>
    </w:p>
    <w:p>
      <w:pPr>
        <w:pStyle w:val="Heading1"/>
        <w:spacing w:before="140" w:after="60"/>
      </w:pPr>
      <w:r>
        <w:t>7. Independence, Routine &amp; Community</w:t>
      </w:r>
    </w:p>
    <w:p>
      <w:pPr>
        <w:spacing w:after="40"/>
      </w:pPr>
      <w:r>
        <w:rPr>
          <w:b/>
        </w:rPr>
        <w:t xml:space="preserve">Current Level of Independence: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Life Skills the Resident Would Like Support With: </w:t>
      </w:r>
      <w:r>
        <w:t>__________________________________________________________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Meal preparation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Cleaning/laundry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Money management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Transportation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Appointment management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Social/community activities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Employment/education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Personal care routines</w:t>
            </w:r>
          </w:p>
        </w:tc>
      </w:tr>
    </w:tbl>
    <w:p>
      <w:pPr>
        <w:spacing w:after="40"/>
      </w:pPr>
      <w:r>
        <w:rPr>
          <w:b/>
        </w:rPr>
        <w:t xml:space="preserve">Interests, Hobbies &amp; Preferred Activities: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Transportation Needs: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Employment / Day Program / School: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Personal Goals for Placement: </w:t>
      </w:r>
      <w:r>
        <w:t>__________________________________________________________</w:t>
      </w:r>
    </w:p>
    <w:p>
      <w:pPr>
        <w:pStyle w:val="Heading1"/>
        <w:spacing w:before="140" w:after="60"/>
      </w:pPr>
      <w:r>
        <w:t>8. Funding &amp; Financial Information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Private pay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SSI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SSDI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Medicaid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Medicare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Veterans benefits / VA funding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Section 8 / housing assistance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Other</w:t>
            </w:r>
          </w:p>
        </w:tc>
      </w:tr>
    </w:tbl>
    <w:p>
      <w:pPr>
        <w:spacing w:after="40"/>
      </w:pPr>
      <w:r>
        <w:rPr>
          <w:b/>
        </w:rPr>
        <w:t xml:space="preserve">Monthly Housing/Care Budget: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Who is Responsible for Payment?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Funding Source / Program / Waiver (if applicable):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Benefits or Funding Pending?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Can proof of income/funding be provided?  Yes / No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Representative Payee (if applicable): </w:t>
      </w:r>
      <w:r>
        <w:t>__________________________________________________________</w:t>
      </w:r>
    </w:p>
    <w:p>
      <w:pPr>
        <w:pStyle w:val="Heading1"/>
        <w:spacing w:before="140" w:after="60"/>
      </w:pPr>
      <w:r>
        <w:t>9. Current Services &amp; Professional Contacts</w:t>
      </w:r>
    </w:p>
    <w:p>
      <w:pPr>
        <w:spacing w:after="40"/>
      </w:pPr>
      <w:r>
        <w:rPr>
          <w:b/>
        </w:rPr>
        <w:t xml:space="preserve">Case Manager / Supports Coordinator: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Therapist / Psychiatrist: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Primary Care Provider: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Guardian / Advocate: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Veterans Service Coordinator (if applicable):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Other Agencies / Providers Currently Involved: </w:t>
      </w:r>
      <w:r>
        <w:t>__________________________________________________________</w:t>
      </w:r>
    </w:p>
    <w:p>
      <w:pPr>
        <w:pStyle w:val="Heading1"/>
        <w:spacing w:before="140" w:after="60"/>
      </w:pPr>
      <w:r>
        <w:t>10. Documents Available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Photo ID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Insurance/Medicaid card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Medication list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Medical history/physical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Psychological/psychiatric evaluation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Individual Plan of Service (IPOS)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Behavior Support Plan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Crisis/Safety Plan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Bio-social assessment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Guardianship/POA documents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Proof of income/funding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Veteran/VA documents</w:t>
            </w:r>
          </w:p>
        </w:tc>
      </w:tr>
      <w:tr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Discharge paperwork</w:t>
            </w:r>
          </w:p>
        </w:tc>
        <w:tc>
          <w:tcPr>
            <w:tcW w:type="dxa" w:w="5184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after="0"/>
            </w:pPr>
            <w:r>
              <w:rPr>
                <w:sz w:val="18"/>
              </w:rPr>
              <w:t>☐ Other supporting records</w:t>
            </w:r>
          </w:p>
        </w:tc>
      </w:tr>
    </w:tbl>
    <w:p>
      <w:pPr>
        <w:pStyle w:val="Heading1"/>
        <w:spacing w:before="140" w:after="60"/>
      </w:pPr>
      <w:r>
        <w:t>11. Additional Information</w:t>
      </w:r>
    </w:p>
    <w:p>
      <w:pPr>
        <w:spacing w:after="40"/>
      </w:pPr>
      <w:r>
        <w:t>Please share anything else that would help us determine whether our home is a good fit: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pStyle w:val="Heading1"/>
        <w:spacing w:before="140" w:after="60"/>
      </w:pPr>
      <w:r>
        <w:t>12. Consent &amp; Acknowledgment</w:t>
      </w:r>
    </w:p>
    <w:p>
      <w:pPr>
        <w:spacing w:after="60"/>
      </w:pPr>
      <w:r>
        <w:t>By submitting this form, I confirm that the information provided is accurate to the best of my knowledge. I understand that additional records, an interview, assessment, funding verification, and/or consultation with the resident's care team may be required before placement can be approved. I authorize Embracing Your Comfort &amp; Care Homes to contact the individuals or agencies listed on this form for placement-related follow-up, as permitted by applicable law.</w:t>
      </w:r>
    </w:p>
    <w:p>
      <w:pPr>
        <w:spacing w:after="40"/>
      </w:pPr>
      <w:r>
        <w:rPr>
          <w:b/>
        </w:rPr>
        <w:t xml:space="preserve">Name: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Signature: </w:t>
      </w:r>
      <w:r>
        <w:t>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Embracing Your Comfort &amp; Care Homes | Resident Intake &amp; Placement Consideration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